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rPr>
          <w:rFonts w:ascii="Calibri" w:hAnsi="Calibri"/>
          <w:b/>
          <w:color w:val="356348"/>
          <w:sz w:val="40"/>
        </w:rPr>
        <w:t>Jahreskalender A4 in Hoch- und Querformat</w:t>
      </w:r>
    </w:p>
    <w:p>
      <w:r>
        <w:rPr>
          <w:rFonts w:ascii="Calibri" w:hAnsi="Calibri"/>
          <w:b w:val="0"/>
          <w:color w:val="66706A"/>
          <w:sz w:val="16"/>
        </w:rPr>
        <w:t>Deutschland (bundesweit) · A4 Hochformat · de-calendar-2026-07-22.3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Januar</w:t>
      </w:r>
    </w:p>
    <w:tbl>
      <w:tblPr>
        <w:tblStyle w:val="TableGrid"/>
        <w:tblW w:type="dxa" w:w="10771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38"/>
        <w:gridCol w:w="1538"/>
        <w:gridCol w:w="1538"/>
        <w:gridCol w:w="1538"/>
        <w:gridCol w:w="1538"/>
        <w:gridCol w:w="1538"/>
        <w:gridCol w:w="1543"/>
      </w:tblGrid>
      <w:tr>
        <w:trPr>
          <w:trHeight w:val="272" w:hRule="exact"/>
          <w:tblHeader w:val="true"/>
        </w:trPr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5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Februar</w:t>
      </w:r>
    </w:p>
    <w:tbl>
      <w:tblPr>
        <w:tblStyle w:val="TableGrid"/>
        <w:tblW w:type="dxa" w:w="10771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38"/>
        <w:gridCol w:w="1538"/>
        <w:gridCol w:w="1538"/>
        <w:gridCol w:w="1538"/>
        <w:gridCol w:w="1538"/>
        <w:gridCol w:w="1538"/>
        <w:gridCol w:w="1543"/>
      </w:tblGrid>
      <w:tr>
        <w:trPr>
          <w:trHeight w:val="272" w:hRule="exact"/>
          <w:tblHeader w:val="true"/>
        </w:trPr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5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März</w:t>
      </w:r>
    </w:p>
    <w:tbl>
      <w:tblPr>
        <w:tblStyle w:val="TableGrid"/>
        <w:tblW w:type="dxa" w:w="10771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38"/>
        <w:gridCol w:w="1538"/>
        <w:gridCol w:w="1538"/>
        <w:gridCol w:w="1538"/>
        <w:gridCol w:w="1538"/>
        <w:gridCol w:w="1538"/>
        <w:gridCol w:w="1543"/>
      </w:tblGrid>
      <w:tr>
        <w:trPr>
          <w:trHeight w:val="272" w:hRule="exact"/>
          <w:tblHeader w:val="true"/>
        </w:trPr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5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sectPr>
          <w:footerReference w:type="default" r:id="rId9"/>
          <w:pgSz w:w="11906" w:h="16838"/>
          <w:pgMar w:top="567" w:right="567" w:bottom="567" w:left="567" w:header="283" w:footer="283" w:gutter="0"/>
          <w:cols w:space="720"/>
          <w:docGrid w:linePitch="360"/>
        </w:sectPr>
      </w:pPr>
    </w:p>
    <w:p>
      <w:pPr>
        <w:pStyle w:val="Title"/>
        <w:jc w:val="left"/>
      </w:pPr>
      <w:r>
        <w:rPr>
          <w:rFonts w:ascii="Calibri" w:hAnsi="Calibri"/>
          <w:b/>
          <w:color w:val="356348"/>
          <w:sz w:val="40"/>
        </w:rPr>
        <w:t>Jahreskalender A4 in Hoch- und Querformat</w:t>
      </w:r>
    </w:p>
    <w:p>
      <w:r>
        <w:rPr>
          <w:rFonts w:ascii="Calibri" w:hAnsi="Calibri"/>
          <w:b w:val="0"/>
          <w:color w:val="66706A"/>
          <w:sz w:val="16"/>
        </w:rPr>
        <w:t>Deutschland (bundesweit) · A4 Hochformat · de-calendar-2026-07-22.3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April</w:t>
      </w:r>
    </w:p>
    <w:tbl>
      <w:tblPr>
        <w:tblStyle w:val="TableGrid"/>
        <w:tblW w:type="dxa" w:w="10771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38"/>
        <w:gridCol w:w="1538"/>
        <w:gridCol w:w="1538"/>
        <w:gridCol w:w="1538"/>
        <w:gridCol w:w="1538"/>
        <w:gridCol w:w="1538"/>
        <w:gridCol w:w="1543"/>
      </w:tblGrid>
      <w:tr>
        <w:trPr>
          <w:trHeight w:val="272" w:hRule="exact"/>
          <w:tblHeader w:val="true"/>
        </w:trPr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5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Mai</w:t>
      </w:r>
    </w:p>
    <w:tbl>
      <w:tblPr>
        <w:tblStyle w:val="TableGrid"/>
        <w:tblW w:type="dxa" w:w="10771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38"/>
        <w:gridCol w:w="1538"/>
        <w:gridCol w:w="1538"/>
        <w:gridCol w:w="1538"/>
        <w:gridCol w:w="1538"/>
        <w:gridCol w:w="1538"/>
        <w:gridCol w:w="1543"/>
      </w:tblGrid>
      <w:tr>
        <w:trPr>
          <w:trHeight w:val="272" w:hRule="exact"/>
          <w:tblHeader w:val="true"/>
        </w:trPr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5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Juni</w:t>
      </w:r>
    </w:p>
    <w:tbl>
      <w:tblPr>
        <w:tblStyle w:val="TableGrid"/>
        <w:tblW w:type="dxa" w:w="10771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38"/>
        <w:gridCol w:w="1538"/>
        <w:gridCol w:w="1538"/>
        <w:gridCol w:w="1538"/>
        <w:gridCol w:w="1538"/>
        <w:gridCol w:w="1538"/>
        <w:gridCol w:w="1543"/>
      </w:tblGrid>
      <w:tr>
        <w:trPr>
          <w:trHeight w:val="272" w:hRule="exact"/>
          <w:tblHeader w:val="true"/>
        </w:trPr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5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sectPr>
          <w:footerReference w:type="default" r:id="rId10"/>
          <w:pgSz w:w="11906" w:h="16838"/>
          <w:pgMar w:top="567" w:right="567" w:bottom="567" w:left="567" w:header="283" w:footer="283" w:gutter="0"/>
          <w:cols w:space="720"/>
          <w:docGrid w:linePitch="360"/>
        </w:sectPr>
      </w:pPr>
    </w:p>
    <w:p>
      <w:pPr>
        <w:pStyle w:val="Title"/>
        <w:jc w:val="left"/>
      </w:pPr>
      <w:r>
        <w:rPr>
          <w:rFonts w:ascii="Calibri" w:hAnsi="Calibri"/>
          <w:b/>
          <w:color w:val="356348"/>
          <w:sz w:val="40"/>
        </w:rPr>
        <w:t>Jahreskalender A4 in Hoch- und Querformat</w:t>
      </w:r>
    </w:p>
    <w:p>
      <w:r>
        <w:rPr>
          <w:rFonts w:ascii="Calibri" w:hAnsi="Calibri"/>
          <w:b w:val="0"/>
          <w:color w:val="66706A"/>
          <w:sz w:val="16"/>
        </w:rPr>
        <w:t>Deutschland (bundesweit) · A4 Hochformat · de-calendar-2026-07-22.3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Juli</w:t>
      </w:r>
    </w:p>
    <w:tbl>
      <w:tblPr>
        <w:tblStyle w:val="TableGrid"/>
        <w:tblW w:type="dxa" w:w="10771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38"/>
        <w:gridCol w:w="1538"/>
        <w:gridCol w:w="1538"/>
        <w:gridCol w:w="1538"/>
        <w:gridCol w:w="1538"/>
        <w:gridCol w:w="1538"/>
        <w:gridCol w:w="1543"/>
      </w:tblGrid>
      <w:tr>
        <w:trPr>
          <w:trHeight w:val="272" w:hRule="exact"/>
          <w:tblHeader w:val="true"/>
        </w:trPr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5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  <w:tc>
          <w:tcPr>
            <w:tcW w:type="dxa" w:w="15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August</w:t>
      </w:r>
    </w:p>
    <w:tbl>
      <w:tblPr>
        <w:tblStyle w:val="TableGrid"/>
        <w:tblW w:type="dxa" w:w="10771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38"/>
        <w:gridCol w:w="1538"/>
        <w:gridCol w:w="1538"/>
        <w:gridCol w:w="1538"/>
        <w:gridCol w:w="1538"/>
        <w:gridCol w:w="1538"/>
        <w:gridCol w:w="1543"/>
      </w:tblGrid>
      <w:tr>
        <w:trPr>
          <w:trHeight w:val="272" w:hRule="exact"/>
          <w:tblHeader w:val="true"/>
        </w:trPr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5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September</w:t>
      </w:r>
    </w:p>
    <w:tbl>
      <w:tblPr>
        <w:tblStyle w:val="TableGrid"/>
        <w:tblW w:type="dxa" w:w="10771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38"/>
        <w:gridCol w:w="1538"/>
        <w:gridCol w:w="1538"/>
        <w:gridCol w:w="1538"/>
        <w:gridCol w:w="1538"/>
        <w:gridCol w:w="1538"/>
        <w:gridCol w:w="1543"/>
      </w:tblGrid>
      <w:tr>
        <w:trPr>
          <w:trHeight w:val="272" w:hRule="exact"/>
          <w:tblHeader w:val="true"/>
        </w:trPr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5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sectPr>
          <w:footerReference w:type="default" r:id="rId11"/>
          <w:pgSz w:w="11906" w:h="16838"/>
          <w:pgMar w:top="567" w:right="567" w:bottom="567" w:left="567" w:header="283" w:footer="283" w:gutter="0"/>
          <w:cols w:space="720"/>
          <w:docGrid w:linePitch="360"/>
        </w:sectPr>
      </w:pPr>
    </w:p>
    <w:p>
      <w:pPr>
        <w:pStyle w:val="Title"/>
        <w:jc w:val="left"/>
      </w:pPr>
      <w:r>
        <w:rPr>
          <w:rFonts w:ascii="Calibri" w:hAnsi="Calibri"/>
          <w:b/>
          <w:color w:val="356348"/>
          <w:sz w:val="40"/>
        </w:rPr>
        <w:t>Jahreskalender A4 in Hoch- und Querformat</w:t>
      </w:r>
    </w:p>
    <w:p>
      <w:r>
        <w:rPr>
          <w:rFonts w:ascii="Calibri" w:hAnsi="Calibri"/>
          <w:b w:val="0"/>
          <w:color w:val="66706A"/>
          <w:sz w:val="16"/>
        </w:rPr>
        <w:t>Deutschland (bundesweit) · A4 Hochformat · de-calendar-2026-07-22.3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Oktober</w:t>
      </w:r>
    </w:p>
    <w:tbl>
      <w:tblPr>
        <w:tblStyle w:val="TableGrid"/>
        <w:tblW w:type="dxa" w:w="10771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38"/>
        <w:gridCol w:w="1538"/>
        <w:gridCol w:w="1538"/>
        <w:gridCol w:w="1538"/>
        <w:gridCol w:w="1538"/>
        <w:gridCol w:w="1538"/>
        <w:gridCol w:w="1543"/>
      </w:tblGrid>
      <w:tr>
        <w:trPr>
          <w:trHeight w:val="272" w:hRule="exact"/>
          <w:tblHeader w:val="true"/>
        </w:trPr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5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November</w:t>
      </w:r>
    </w:p>
    <w:tbl>
      <w:tblPr>
        <w:tblStyle w:val="TableGrid"/>
        <w:tblW w:type="dxa" w:w="10771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38"/>
        <w:gridCol w:w="1538"/>
        <w:gridCol w:w="1538"/>
        <w:gridCol w:w="1538"/>
        <w:gridCol w:w="1538"/>
        <w:gridCol w:w="1538"/>
        <w:gridCol w:w="1543"/>
      </w:tblGrid>
      <w:tr>
        <w:trPr>
          <w:trHeight w:val="272" w:hRule="exact"/>
          <w:tblHeader w:val="true"/>
        </w:trPr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5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Dezember</w:t>
      </w:r>
    </w:p>
    <w:tbl>
      <w:tblPr>
        <w:tblStyle w:val="TableGrid"/>
        <w:tblW w:type="dxa" w:w="10771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38"/>
        <w:gridCol w:w="1538"/>
        <w:gridCol w:w="1538"/>
        <w:gridCol w:w="1538"/>
        <w:gridCol w:w="1538"/>
        <w:gridCol w:w="1538"/>
        <w:gridCol w:w="1543"/>
      </w:tblGrid>
      <w:tr>
        <w:trPr>
          <w:trHeight w:val="272" w:hRule="exact"/>
          <w:tblHeader w:val="true"/>
        </w:trPr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1538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15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1538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15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3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15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sectPr>
          <w:footerReference w:type="default" r:id="rId12"/>
          <w:pgSz w:w="11906" w:h="16838"/>
          <w:pgMar w:top="567" w:right="567" w:bottom="567" w:left="567" w:header="283" w:footer="283" w:gutter="0"/>
          <w:cols w:space="720"/>
          <w:docGrid w:linePitch="360"/>
        </w:sectPr>
      </w:pPr>
    </w:p>
    <w:p>
      <w:pPr>
        <w:pStyle w:val="Title"/>
        <w:jc w:val="left"/>
      </w:pPr>
      <w:r>
        <w:rPr>
          <w:rFonts w:ascii="Calibri" w:hAnsi="Calibri"/>
          <w:b/>
          <w:color w:val="356348"/>
          <w:sz w:val="40"/>
        </w:rPr>
        <w:t>Jahreskalender A4 in Hoch- und Querformat</w:t>
      </w:r>
    </w:p>
    <w:p>
      <w:r>
        <w:rPr>
          <w:rFonts w:ascii="Calibri" w:hAnsi="Calibri"/>
          <w:b w:val="0"/>
          <w:color w:val="66706A"/>
          <w:sz w:val="16"/>
        </w:rPr>
        <w:t>Deutschland (bundesweit) · A4 Querformat · de-calendar-2026-07-22.3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Januar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43"/>
        <w:gridCol w:w="2243"/>
        <w:gridCol w:w="2243"/>
        <w:gridCol w:w="2243"/>
        <w:gridCol w:w="2243"/>
        <w:gridCol w:w="2243"/>
        <w:gridCol w:w="2245"/>
      </w:tblGrid>
      <w:tr>
        <w:trPr>
          <w:trHeight w:val="272" w:hRule="exact"/>
          <w:tblHeader w:val="true"/>
        </w:trPr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2245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Februar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43"/>
        <w:gridCol w:w="2243"/>
        <w:gridCol w:w="2243"/>
        <w:gridCol w:w="2243"/>
        <w:gridCol w:w="2243"/>
        <w:gridCol w:w="2243"/>
        <w:gridCol w:w="2245"/>
      </w:tblGrid>
      <w:tr>
        <w:trPr>
          <w:trHeight w:val="272" w:hRule="exact"/>
          <w:tblHeader w:val="true"/>
        </w:trPr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2245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März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43"/>
        <w:gridCol w:w="2243"/>
        <w:gridCol w:w="2243"/>
        <w:gridCol w:w="2243"/>
        <w:gridCol w:w="2243"/>
        <w:gridCol w:w="2243"/>
        <w:gridCol w:w="2245"/>
      </w:tblGrid>
      <w:tr>
        <w:trPr>
          <w:trHeight w:val="272" w:hRule="exact"/>
          <w:tblHeader w:val="true"/>
        </w:trPr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2245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sectPr>
          <w:footerReference w:type="default" r:id="rId13"/>
          <w:pgSz w:w="16838" w:h="11906" w:orient="landscape"/>
          <w:pgMar w:top="567" w:right="567" w:bottom="567" w:left="567" w:header="283" w:footer="283" w:gutter="0"/>
          <w:cols w:space="720"/>
          <w:docGrid w:linePitch="360"/>
        </w:sectPr>
      </w:pPr>
    </w:p>
    <w:p>
      <w:pPr>
        <w:pStyle w:val="Title"/>
        <w:jc w:val="left"/>
      </w:pPr>
      <w:r>
        <w:rPr>
          <w:rFonts w:ascii="Calibri" w:hAnsi="Calibri"/>
          <w:b/>
          <w:color w:val="356348"/>
          <w:sz w:val="40"/>
        </w:rPr>
        <w:t>Jahreskalender A4 in Hoch- und Querformat</w:t>
      </w:r>
    </w:p>
    <w:p>
      <w:r>
        <w:rPr>
          <w:rFonts w:ascii="Calibri" w:hAnsi="Calibri"/>
          <w:b w:val="0"/>
          <w:color w:val="66706A"/>
          <w:sz w:val="16"/>
        </w:rPr>
        <w:t>Deutschland (bundesweit) · A4 Querformat · de-calendar-2026-07-22.3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April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43"/>
        <w:gridCol w:w="2243"/>
        <w:gridCol w:w="2243"/>
        <w:gridCol w:w="2243"/>
        <w:gridCol w:w="2243"/>
        <w:gridCol w:w="2243"/>
        <w:gridCol w:w="2245"/>
      </w:tblGrid>
      <w:tr>
        <w:trPr>
          <w:trHeight w:val="272" w:hRule="exact"/>
          <w:tblHeader w:val="true"/>
        </w:trPr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2245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Mai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43"/>
        <w:gridCol w:w="2243"/>
        <w:gridCol w:w="2243"/>
        <w:gridCol w:w="2243"/>
        <w:gridCol w:w="2243"/>
        <w:gridCol w:w="2243"/>
        <w:gridCol w:w="2245"/>
      </w:tblGrid>
      <w:tr>
        <w:trPr>
          <w:trHeight w:val="272" w:hRule="exact"/>
          <w:tblHeader w:val="true"/>
        </w:trPr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2245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Juni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43"/>
        <w:gridCol w:w="2243"/>
        <w:gridCol w:w="2243"/>
        <w:gridCol w:w="2243"/>
        <w:gridCol w:w="2243"/>
        <w:gridCol w:w="2243"/>
        <w:gridCol w:w="2245"/>
      </w:tblGrid>
      <w:tr>
        <w:trPr>
          <w:trHeight w:val="272" w:hRule="exact"/>
          <w:tblHeader w:val="true"/>
        </w:trPr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2245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sectPr>
          <w:footerReference w:type="default" r:id="rId14"/>
          <w:pgSz w:w="16838" w:h="11906" w:orient="landscape"/>
          <w:pgMar w:top="567" w:right="567" w:bottom="567" w:left="567" w:header="283" w:footer="283" w:gutter="0"/>
          <w:cols w:space="720"/>
          <w:docGrid w:linePitch="360"/>
        </w:sectPr>
      </w:pPr>
    </w:p>
    <w:p>
      <w:pPr>
        <w:pStyle w:val="Title"/>
        <w:jc w:val="left"/>
      </w:pPr>
      <w:r>
        <w:rPr>
          <w:rFonts w:ascii="Calibri" w:hAnsi="Calibri"/>
          <w:b/>
          <w:color w:val="356348"/>
          <w:sz w:val="40"/>
        </w:rPr>
        <w:t>Jahreskalender A4 in Hoch- und Querformat</w:t>
      </w:r>
    </w:p>
    <w:p>
      <w:r>
        <w:rPr>
          <w:rFonts w:ascii="Calibri" w:hAnsi="Calibri"/>
          <w:b w:val="0"/>
          <w:color w:val="66706A"/>
          <w:sz w:val="16"/>
        </w:rPr>
        <w:t>Deutschland (bundesweit) · A4 Querformat · de-calendar-2026-07-22.3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Juli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43"/>
        <w:gridCol w:w="2243"/>
        <w:gridCol w:w="2243"/>
        <w:gridCol w:w="2243"/>
        <w:gridCol w:w="2243"/>
        <w:gridCol w:w="2243"/>
        <w:gridCol w:w="2245"/>
      </w:tblGrid>
      <w:tr>
        <w:trPr>
          <w:trHeight w:val="272" w:hRule="exact"/>
          <w:tblHeader w:val="true"/>
        </w:trPr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2245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  <w:tc>
          <w:tcPr>
            <w:tcW w:type="dxa" w:w="224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August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43"/>
        <w:gridCol w:w="2243"/>
        <w:gridCol w:w="2243"/>
        <w:gridCol w:w="2243"/>
        <w:gridCol w:w="2243"/>
        <w:gridCol w:w="2243"/>
        <w:gridCol w:w="2245"/>
      </w:tblGrid>
      <w:tr>
        <w:trPr>
          <w:trHeight w:val="272" w:hRule="exact"/>
          <w:tblHeader w:val="true"/>
        </w:trPr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2245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September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43"/>
        <w:gridCol w:w="2243"/>
        <w:gridCol w:w="2243"/>
        <w:gridCol w:w="2243"/>
        <w:gridCol w:w="2243"/>
        <w:gridCol w:w="2243"/>
        <w:gridCol w:w="2245"/>
      </w:tblGrid>
      <w:tr>
        <w:trPr>
          <w:trHeight w:val="272" w:hRule="exact"/>
          <w:tblHeader w:val="true"/>
        </w:trPr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2245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sectPr>
          <w:footerReference w:type="default" r:id="rId15"/>
          <w:pgSz w:w="16838" w:h="11906" w:orient="landscape"/>
          <w:pgMar w:top="567" w:right="567" w:bottom="567" w:left="567" w:header="283" w:footer="283" w:gutter="0"/>
          <w:cols w:space="720"/>
          <w:docGrid w:linePitch="360"/>
        </w:sectPr>
      </w:pPr>
    </w:p>
    <w:p>
      <w:pPr>
        <w:pStyle w:val="Title"/>
        <w:jc w:val="left"/>
      </w:pPr>
      <w:r>
        <w:rPr>
          <w:rFonts w:ascii="Calibri" w:hAnsi="Calibri"/>
          <w:b/>
          <w:color w:val="356348"/>
          <w:sz w:val="40"/>
        </w:rPr>
        <w:t>Jahreskalender A4 in Hoch- und Querformat</w:t>
      </w:r>
    </w:p>
    <w:p>
      <w:r>
        <w:rPr>
          <w:rFonts w:ascii="Calibri" w:hAnsi="Calibri"/>
          <w:b w:val="0"/>
          <w:color w:val="66706A"/>
          <w:sz w:val="16"/>
        </w:rPr>
        <w:t>Deutschland (bundesweit) · A4 Querformat · de-calendar-2026-07-22.3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Oktober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43"/>
        <w:gridCol w:w="2243"/>
        <w:gridCol w:w="2243"/>
        <w:gridCol w:w="2243"/>
        <w:gridCol w:w="2243"/>
        <w:gridCol w:w="2243"/>
        <w:gridCol w:w="2245"/>
      </w:tblGrid>
      <w:tr>
        <w:trPr>
          <w:trHeight w:val="272" w:hRule="exact"/>
          <w:tblHeader w:val="true"/>
        </w:trPr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2245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November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43"/>
        <w:gridCol w:w="2243"/>
        <w:gridCol w:w="2243"/>
        <w:gridCol w:w="2243"/>
        <w:gridCol w:w="2243"/>
        <w:gridCol w:w="2243"/>
        <w:gridCol w:w="2245"/>
      </w:tblGrid>
      <w:tr>
        <w:trPr>
          <w:trHeight w:val="272" w:hRule="exact"/>
          <w:tblHeader w:val="true"/>
        </w:trPr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2245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Dezember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43"/>
        <w:gridCol w:w="2243"/>
        <w:gridCol w:w="2243"/>
        <w:gridCol w:w="2243"/>
        <w:gridCol w:w="2243"/>
        <w:gridCol w:w="2243"/>
        <w:gridCol w:w="2245"/>
      </w:tblGrid>
      <w:tr>
        <w:trPr>
          <w:trHeight w:val="272" w:hRule="exact"/>
          <w:tblHeader w:val="true"/>
        </w:trPr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2245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sectPr w:rsidR="00FC693F" w:rsidRPr="0006063C" w:rsidSect="00034616">
      <w:footerReference w:type="default" r:id="rId16"/>
      <w:pgSz w:w="16838" w:h="11906" w:orient="landscape"/>
      <w:pgMar w:top="567" w:right="567" w:bottom="567" w:left="567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Calibri" w:hAnsi="Calibri"/>
        <w:b w:val="0"/>
        <w:color w:val="66706A"/>
        <w:sz w:val="16"/>
      </w:rPr>
      <w:t>Jahreskalender.org · Datenstand 2026-08-02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Calibri" w:hAnsi="Calibri"/>
        <w:b w:val="0"/>
        <w:color w:val="66706A"/>
        <w:sz w:val="16"/>
      </w:rPr>
      <w:t>Jahreskalender.org · Datenstand 2026-08-02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Calibri" w:hAnsi="Calibri"/>
        <w:b w:val="0"/>
        <w:color w:val="66706A"/>
        <w:sz w:val="16"/>
      </w:rPr>
      <w:t>Jahreskalender.org · Datenstand 2026-08-02</w:t>
    </w:r>
  </w:p>
</w:ftr>
</file>

<file path=word/footer4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Calibri" w:hAnsi="Calibri"/>
        <w:b w:val="0"/>
        <w:color w:val="66706A"/>
        <w:sz w:val="16"/>
      </w:rPr>
      <w:t>Jahreskalender.org · Datenstand 2026-08-02</w:t>
    </w:r>
  </w:p>
</w:ftr>
</file>

<file path=word/footer5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Calibri" w:hAnsi="Calibri"/>
        <w:b w:val="0"/>
        <w:color w:val="66706A"/>
        <w:sz w:val="16"/>
      </w:rPr>
      <w:t>Jahreskalender.org · Datenstand 2026-08-02</w:t>
    </w:r>
  </w:p>
</w:ftr>
</file>

<file path=word/footer6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Calibri" w:hAnsi="Calibri"/>
        <w:b w:val="0"/>
        <w:color w:val="66706A"/>
        <w:sz w:val="16"/>
      </w:rPr>
      <w:t>Jahreskalender.org · Datenstand 2026-08-02</w:t>
    </w:r>
  </w:p>
</w:ftr>
</file>

<file path=word/footer7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Calibri" w:hAnsi="Calibri"/>
        <w:b w:val="0"/>
        <w:color w:val="66706A"/>
        <w:sz w:val="16"/>
      </w:rPr>
      <w:t>Jahreskalender.org · Datenstand 2026-08-02</w:t>
    </w:r>
  </w:p>
</w:ftr>
</file>

<file path=word/footer8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Calibri" w:hAnsi="Calibri"/>
        <w:b w:val="0"/>
        <w:color w:val="66706A"/>
        <w:sz w:val="16"/>
      </w:rPr>
      <w:t>Jahreskalender.org · Datenstand 2026-08-02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35634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35634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Calibri" w:hAnsi="Calibri"/>
      <w:color w:val="356348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footer" Target="footer6.xml"/><Relationship Id="rId15" Type="http://schemas.openxmlformats.org/officeDocument/2006/relationships/footer" Target="footer7.xml"/><Relationship Id="rId16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Jahreskalender A4 in Hoch- und Querformat</dc:title>
  <dc:subject>Kalendervorlage 2027</dc:subject>
  <dc:creator>Jahreskalender.org</dc:creator>
  <cp:keywords>Kalender, 2027, Deutschland (bundesweit)</cp:keywords>
  <dc:description>generated by python-docx</dc:description>
  <cp:lastModifiedBy/>
  <cp:revision>1</cp:revision>
  <dcterms:created xsi:type="dcterms:W3CDTF">2026-08-02T00:00:00Z</dcterms:created>
  <dcterms:modified xsi:type="dcterms:W3CDTF">2026-08-02T00:00:00Z</dcterms:modified>
  <cp:category/>
</cp:coreProperties>
</file>