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mit Feiertagen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Januar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Februar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März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9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mit Feiertagen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April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Mai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Juni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0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mit Feiertagen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Juli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August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September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sectPr>
          <w:footerReference w:type="default" r:id="rId11"/>
          <w:pgSz w:w="16838" w:h="11906" w:orient="landscape"/>
          <w:pgMar w:top="567" w:right="567" w:bottom="567" w:left="567" w:header="283" w:footer="283" w:gutter="0"/>
          <w:cols w:space="720"/>
          <w:docGrid w:linePitch="360"/>
        </w:sectPr>
      </w:pPr>
    </w:p>
    <w:p>
      <w:pPr>
        <w:pStyle w:val="Title"/>
        <w:jc w:val="left"/>
      </w:pPr>
      <w:r>
        <w:rPr>
          <w:rFonts w:ascii="Calibri" w:hAnsi="Calibri"/>
          <w:b/>
          <w:color w:val="356348"/>
          <w:sz w:val="40"/>
        </w:rPr>
        <w:t>Jahreskalender 2027 mit Feiertagen</w:t>
      </w:r>
    </w:p>
    <w:p>
      <w:r>
        <w:rPr>
          <w:rFonts w:ascii="Calibri" w:hAnsi="Calibri"/>
          <w:b w:val="0"/>
          <w:color w:val="66706A"/>
          <w:sz w:val="16"/>
        </w:rPr>
        <w:t>Deutschland (bundesweit) · A4 Querformat · de-calendar-2026-07-22.3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Oktober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3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November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26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p>
      <w:pPr>
        <w:pStyle w:val="Heading2"/>
        <w:spacing w:before="80" w:after="20" w:line="240" w:lineRule="auto"/>
      </w:pPr>
      <w:r>
        <w:rPr>
          <w:rFonts w:ascii="Calibri" w:hAnsi="Calibri"/>
          <w:b/>
          <w:color w:val="356348"/>
          <w:sz w:val="26"/>
        </w:rPr>
        <w:t>Dezember</w:t>
      </w:r>
    </w:p>
    <w:tbl>
      <w:tblPr>
        <w:tblStyle w:val="TableGrid"/>
        <w:tblW w:type="dxa" w:w="15703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43"/>
        <w:gridCol w:w="2243"/>
        <w:gridCol w:w="2243"/>
        <w:gridCol w:w="2243"/>
        <w:gridCol w:w="2243"/>
        <w:gridCol w:w="2243"/>
        <w:gridCol w:w="2245"/>
      </w:tblGrid>
      <w:tr>
        <w:trPr>
          <w:trHeight w:val="272" w:hRule="exact"/>
          <w:tblHeader w:val="true"/>
        </w:trPr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Mi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Do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Fr</w:t>
            </w:r>
          </w:p>
        </w:tc>
        <w:tc>
          <w:tcPr>
            <w:tcW w:type="dxa" w:w="2243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Sa</w:t>
            </w:r>
          </w:p>
        </w:tc>
        <w:tc>
          <w:tcPr>
            <w:tcW w:type="dxa" w:w="2245"/>
            <w:shd w:fill="E9F1EA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356348"/>
                <w:sz w:val="16"/>
              </w:rPr>
              <w:t>So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4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5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10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11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12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14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15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16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17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18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19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22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23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24</w:t>
            </w:r>
          </w:p>
        </w:tc>
        <w:tc>
          <w:tcPr>
            <w:tcW w:type="dxa" w:w="2243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25</w:t>
            </w:r>
          </w:p>
        </w:tc>
        <w:tc>
          <w:tcPr>
            <w:tcW w:type="dxa" w:w="2245"/>
            <w:vAlign w:val="center"/>
            <w:shd w:fill="F1F3F1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/>
                <w:color w:val="A63B28"/>
                <w:sz w:val="16"/>
              </w:rPr>
              <w:t>26</w:t>
            </w: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27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28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29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30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/>
                <w:b w:val="0"/>
                <w:color w:val="1F2A24"/>
                <w:sz w:val="16"/>
              </w:rPr>
              <w:t>31</w:t>
            </w: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  <w:tr>
        <w:trPr>
          <w:trHeight w:val="283" w:hRule="exact"/>
        </w:trPr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3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  <w:tc>
          <w:tcPr>
            <w:tcW w:type="dxa" w:w="2245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40" w:lineRule="auto"/>
              <w:jc w:val="center"/>
            </w:pPr>
          </w:p>
        </w:tc>
      </w:tr>
    </w:tbl>
    <w:p>
      <w:pPr>
        <w:spacing w:before="20" w:after="20" w:line="240" w:lineRule="auto"/>
      </w:pPr>
      <w:r>
        <w:rPr>
          <w:rFonts w:ascii="Calibri" w:hAnsi="Calibri"/>
          <w:b/>
          <w:color w:val="66706A"/>
          <w:sz w:val="16"/>
        </w:rPr>
        <w:t xml:space="preserve">Notizen: </w:t>
      </w:r>
      <w:r>
        <w:rPr>
          <w:rFonts w:ascii="Calibri" w:hAnsi="Calibri"/>
          <w:b w:val="0"/>
          <w:color w:val="66706A"/>
          <w:sz w:val="16"/>
        </w:rPr>
        <w:t>____________________________________________________________</w:t>
      </w:r>
    </w:p>
    <w:sectPr w:rsidR="00FC693F" w:rsidRPr="0006063C" w:rsidSect="00034616">
      <w:footerReference w:type="default" r:id="rId12"/>
      <w:pgSz w:w="16838" w:h="11906" w:orient="landscape"/>
      <w:pgMar w:top="567" w:right="567" w:bottom="567" w:left="56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Calibri" w:hAnsi="Calibri"/>
        <w:b w:val="0"/>
        <w:color w:val="66706A"/>
        <w:sz w:val="16"/>
      </w:rPr>
      <w:t>Jahreskalender.org · Datenstand 2026-08-02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35634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3563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color w:val="35634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Jahreskalender 2027 mit Feiertagen</dc:title>
  <dc:subject>Kalendervorlage 2027</dc:subject>
  <dc:creator>Jahreskalender.org</dc:creator>
  <cp:keywords>Kalender, 2027, Deutschland (bundesweit)</cp:keywords>
  <dc:description>generated by python-docx</dc:description>
  <cp:lastModifiedBy/>
  <cp:revision>1</cp:revision>
  <dcterms:created xsi:type="dcterms:W3CDTF">2026-08-02T00:00:00Z</dcterms:created>
  <dcterms:modified xsi:type="dcterms:W3CDTF">2026-08-02T00:00:00Z</dcterms:modified>
  <cp:category/>
</cp:coreProperties>
</file>