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Quartalskalender 2027 · Q1</w:t>
      </w:r>
    </w:p>
    <w:p>
      <w:r>
        <w:rPr>
          <w:rFonts w:ascii="Calibri" w:hAnsi="Calibri"/>
          <w:b w:val="0"/>
          <w:color w:val="66706A"/>
          <w:sz w:val="16"/>
        </w:rPr>
        <w:t>Brandenburg · A4 Querformat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Januar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53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1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Februar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März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26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28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29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r>
        <w:rPr>
          <w:rFonts w:ascii="Calibri" w:hAnsi="Calibri"/>
          <w:b/>
          <w:color w:val="356348"/>
          <w:sz w:val="18"/>
        </w:rPr>
        <w:t xml:space="preserve">Quartalsergebnis / Review: </w:t>
      </w:r>
      <w:r>
        <w:rPr>
          <w:rFonts w:ascii="Calibri" w:hAnsi="Calibri"/>
          <w:b w:val="0"/>
          <w:color w:val="66706A"/>
          <w:sz w:val="18"/>
        </w:rPr>
        <w:t>________________________________________________________</w:t>
      </w:r>
    </w:p>
    <w:p>
      <w:pPr>
        <w:sectPr>
          <w:footerReference w:type="default" r:id="rId9"/>
          <w:pgSz w:w="16838" w:h="11906" w:orient="landscape"/>
          <w:pgMar w:top="567" w:right="567" w:bottom="567" w:left="567" w:header="283" w:footer="283" w:gutter="0"/>
          <w:cols w:space="720"/>
          <w:docGrid w:linePitch="360"/>
        </w:sectPr>
      </w:pPr>
    </w:p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Quartalskalender 2027 · Q2</w:t>
      </w:r>
    </w:p>
    <w:p>
      <w:r>
        <w:rPr>
          <w:rFonts w:ascii="Calibri" w:hAnsi="Calibri"/>
          <w:b w:val="0"/>
          <w:color w:val="66706A"/>
          <w:sz w:val="16"/>
        </w:rPr>
        <w:t>Brandenburg · A4 Querformat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April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Mai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1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16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Juni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r>
        <w:rPr>
          <w:rFonts w:ascii="Calibri" w:hAnsi="Calibri"/>
          <w:b/>
          <w:color w:val="356348"/>
          <w:sz w:val="18"/>
        </w:rPr>
        <w:t xml:space="preserve">Quartalsergebnis / Review: </w:t>
      </w:r>
      <w:r>
        <w:rPr>
          <w:rFonts w:ascii="Calibri" w:hAnsi="Calibri"/>
          <w:b w:val="0"/>
          <w:color w:val="66706A"/>
          <w:sz w:val="18"/>
        </w:rPr>
        <w:t>________________________________________________________</w:t>
      </w:r>
    </w:p>
    <w:p>
      <w:pPr>
        <w:sectPr>
          <w:footerReference w:type="default" r:id="rId10"/>
          <w:pgSz w:w="16838" w:h="11906" w:orient="landscape"/>
          <w:pgMar w:top="567" w:right="567" w:bottom="567" w:left="567" w:header="283" w:footer="283" w:gutter="0"/>
          <w:cols w:space="720"/>
          <w:docGrid w:linePitch="360"/>
        </w:sectPr>
      </w:pPr>
    </w:p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Quartalskalender 2027 · Q3</w:t>
      </w:r>
    </w:p>
    <w:p>
      <w:r>
        <w:rPr>
          <w:rFonts w:ascii="Calibri" w:hAnsi="Calibri"/>
          <w:b w:val="0"/>
          <w:color w:val="66706A"/>
          <w:sz w:val="16"/>
        </w:rPr>
        <w:t>Brandenburg · A4 Querformat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Juli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29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August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September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r>
        <w:rPr>
          <w:rFonts w:ascii="Calibri" w:hAnsi="Calibri"/>
          <w:b/>
          <w:color w:val="356348"/>
          <w:sz w:val="18"/>
        </w:rPr>
        <w:t xml:space="preserve">Quartalsergebnis / Review: </w:t>
      </w:r>
      <w:r>
        <w:rPr>
          <w:rFonts w:ascii="Calibri" w:hAnsi="Calibri"/>
          <w:b w:val="0"/>
          <w:color w:val="66706A"/>
          <w:sz w:val="18"/>
        </w:rPr>
        <w:t>________________________________________________________</w:t>
      </w:r>
    </w:p>
    <w:p>
      <w:pPr>
        <w:sectPr>
          <w:footerReference w:type="default" r:id="rId11"/>
          <w:pgSz w:w="16838" w:h="11906" w:orient="landscape"/>
          <w:pgMar w:top="567" w:right="567" w:bottom="567" w:left="567" w:header="283" w:footer="283" w:gutter="0"/>
          <w:cols w:space="720"/>
          <w:docGrid w:linePitch="360"/>
        </w:sectPr>
      </w:pPr>
    </w:p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Quartalskalender 2027 · Q4</w:t>
      </w:r>
    </w:p>
    <w:p>
      <w:r>
        <w:rPr>
          <w:rFonts w:ascii="Calibri" w:hAnsi="Calibri"/>
          <w:b w:val="0"/>
          <w:color w:val="66706A"/>
          <w:sz w:val="16"/>
        </w:rPr>
        <w:t>Brandenburg · A4 Querformat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Oktober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39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3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31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November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Dezember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62"/>
        <w:gridCol w:w="1962"/>
        <w:gridCol w:w="1962"/>
        <w:gridCol w:w="1962"/>
        <w:gridCol w:w="1962"/>
        <w:gridCol w:w="1962"/>
        <w:gridCol w:w="1962"/>
        <w:gridCol w:w="1969"/>
      </w:tblGrid>
      <w:tr>
        <w:trPr>
          <w:trHeight w:val="272" w:hRule="exact"/>
          <w:tblHeader w:val="true"/>
        </w:trPr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KW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962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969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49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50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51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962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25</w:t>
            </w:r>
          </w:p>
        </w:tc>
        <w:tc>
          <w:tcPr>
            <w:tcW w:type="dxa" w:w="1969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26</w:t>
            </w: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52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962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66706A"/>
                <w:sz w:val="14"/>
              </w:rPr>
              <w:t>1</w:t>
            </w: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96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r>
        <w:rPr>
          <w:rFonts w:ascii="Calibri" w:hAnsi="Calibri"/>
          <w:b/>
          <w:color w:val="356348"/>
          <w:sz w:val="18"/>
        </w:rPr>
        <w:t xml:space="preserve">Quartalsergebnis / Review: </w:t>
      </w:r>
      <w:r>
        <w:rPr>
          <w:rFonts w:ascii="Calibri" w:hAnsi="Calibri"/>
          <w:b w:val="0"/>
          <w:color w:val="66706A"/>
          <w:sz w:val="18"/>
        </w:rPr>
        <w:t>________________________________________________________</w:t>
      </w:r>
    </w:p>
    <w:sectPr w:rsidR="00FC693F" w:rsidRPr="0006063C" w:rsidSect="00034616">
      <w:footerReference w:type="default" r:id="rId12"/>
      <w:pgSz w:w="16838" w:h="11906" w:orient="landscape"/>
      <w:pgMar w:top="567" w:right="567" w:bottom="567" w:left="567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35634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35634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Calibri" w:hAnsi="Calibri"/>
      <w:color w:val="356348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Quartalskalender 2027</dc:title>
  <dc:subject>Kalendervorlage 2027</dc:subject>
  <dc:creator>Jahreskalender.org</dc:creator>
  <cp:keywords>Kalender, 2027, Brandenburg</cp:keywords>
  <dc:description>generated by python-docx</dc:description>
  <cp:lastModifiedBy/>
  <cp:revision>1</cp:revision>
  <dcterms:created xsi:type="dcterms:W3CDTF">2026-08-02T00:00:00Z</dcterms:created>
  <dcterms:modified xsi:type="dcterms:W3CDTF">2026-08-02T00:00:00Z</dcterms:modified>
  <cp:category/>
</cp:coreProperties>
</file>